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8A3B24"/>
          <w:sz w:val="26"/>
        </w:rPr>
        <w:t>ADVOCATE'S LETTERHEAD</w:t>
      </w:r>
    </w:p>
    <w:p>
      <w:pPr>
        <w:spacing w:after="280"/>
        <w:jc w:val="center"/>
        <w:pBdr>
          <w:bottom w:val="single" w:sz="12" w:space="4" w:color="8A3B24"/>
        </w:pBdr>
      </w:pPr>
      <w:r>
        <w:rPr>
          <w:b w:val="0"/>
          <w:color w:val="444444"/>
          <w:sz w:val="20"/>
        </w:rPr>
        <w:t>Adv. [Full Name] | Enrolment No.: [Bar Council No.] | [Office Address] | [Phone] | [Email]</w:t>
      </w:r>
    </w:p>
    <w:p>
      <w:pPr>
        <w:jc w:val="right"/>
      </w:pPr>
      <w:r>
        <w:rPr>
          <w:b w:val="0"/>
        </w:rPr>
        <w:t>Date: [DD/MM/YYYY]</w:t>
      </w:r>
    </w:p>
    <w:p>
      <w:pPr>
        <w:spacing w:after="0"/>
      </w:pPr>
      <w:r>
        <w:rPr>
          <w:b w:val="0"/>
        </w:rPr>
        <w:t>To,</w:t>
      </w:r>
    </w:p>
    <w:p>
      <w:pPr>
        <w:spacing w:after="0"/>
      </w:pPr>
      <w:r>
        <w:rPr>
          <w:b w:val="0"/>
        </w:rPr>
        <w:t>[Company Name]</w:t>
      </w:r>
    </w:p>
    <w:p>
      <w:pPr>
        <w:spacing w:after="0"/>
      </w:pPr>
      <w:r>
        <w:rPr>
          <w:b w:val="0"/>
        </w:rPr>
        <w:t>[Registered Office / Corporate Address with PIN Code]</w:t>
      </w:r>
    </w:p>
    <w:p>
      <w:pPr>
        <w:spacing w:after="200"/>
      </w:pPr>
      <w:r>
        <w:rPr>
          <w:b w:val="0"/>
        </w:rPr>
        <w:t>Through its [Grievance Officer / Managing Director]</w:t>
      </w:r>
    </w:p>
    <w:p>
      <w:r>
        <w:rPr>
          <w:b/>
        </w:rPr>
        <w:t xml:space="preserve">Subject: </w:t>
      </w:r>
      <w:r>
        <w:rPr>
          <w:b/>
        </w:rPr>
        <w:t>Legal Notice under the Consumer Protection Act, 2019 — [Defective Product / Deficiency in Service] — Order / Invoice No. [Number]</w:t>
      </w:r>
    </w:p>
    <w:p>
      <w:r>
        <w:rPr>
          <w:b w:val="0"/>
        </w:rPr>
        <w:t>Sir/Madam,</w:t>
      </w:r>
    </w:p>
    <w:p>
      <w:pPr>
        <w:jc w:val="both"/>
      </w:pPr>
      <w:r>
        <w:rPr>
          <w:b w:val="0"/>
        </w:rPr>
        <w:t>Under instructions from and on behalf of my client, [Consumer Full Name], residing at [Address], I hereby serve upon you the following legal notice:</w:t>
      </w:r>
    </w:p>
    <w:p>
      <w:pPr>
        <w:tabs>
          <w:tab w:pos="454" w:val="left"/>
        </w:tabs>
        <w:ind w:left="454" w:hanging="454"/>
        <w:jc w:val="both"/>
      </w:pPr>
      <w:r>
        <w:t>1.</w:t>
        <w:tab/>
      </w:r>
      <w:r>
        <w:rPr>
          <w:b/>
        </w:rPr>
        <w:t xml:space="preserve">FACTS: </w:t>
      </w:r>
      <w:r>
        <w:t>That my client purchased [Product / Service] from you on [Date] vide Order / Invoice No. [Number] for a consideration of ₹[Amount].</w:t>
      </w:r>
    </w:p>
    <w:p>
      <w:pPr>
        <w:tabs>
          <w:tab w:pos="454" w:val="left"/>
        </w:tabs>
        <w:ind w:left="454" w:hanging="454"/>
        <w:jc w:val="both"/>
      </w:pPr>
      <w:r>
        <w:t>2.</w:t>
        <w:tab/>
      </w:r>
      <w:r>
        <w:t>That the said [product / service] was found to be [defective / not as described / not delivered / delivered damaged]. Specifically: [describe the defect or deficiency precisely].</w:t>
      </w:r>
    </w:p>
    <w:p>
      <w:pPr>
        <w:tabs>
          <w:tab w:pos="454" w:val="left"/>
        </w:tabs>
        <w:ind w:left="454" w:hanging="454"/>
        <w:jc w:val="both"/>
      </w:pPr>
      <w:r>
        <w:t>3.</w:t>
        <w:tab/>
      </w:r>
      <w:r>
        <w:t>That my client raised a complaint with your customer care on [Date] vide Complaint / Ticket No. [Number], which has not been resolved till date.</w:t>
      </w:r>
    </w:p>
    <w:p>
      <w:pPr>
        <w:tabs>
          <w:tab w:pos="454" w:val="left"/>
        </w:tabs>
        <w:ind w:left="454" w:hanging="454"/>
        <w:jc w:val="both"/>
      </w:pPr>
      <w:r>
        <w:t>4.</w:t>
        <w:tab/>
      </w:r>
      <w:r>
        <w:rPr>
          <w:b/>
        </w:rPr>
        <w:t xml:space="preserve">LEGAL BASIS: </w:t>
      </w:r>
      <w:r>
        <w:t>That the aforesaid acts constitute a defect in goods and / or deficiency in service within the meaning of the Consumer Protection Act, 2019, and render you liable to compensate my client.</w:t>
      </w:r>
    </w:p>
    <w:p>
      <w:pPr>
        <w:tabs>
          <w:tab w:pos="454" w:val="left"/>
        </w:tabs>
        <w:ind w:left="454" w:hanging="454"/>
        <w:jc w:val="both"/>
      </w:pPr>
      <w:r>
        <w:t>5.</w:t>
        <w:tab/>
      </w:r>
      <w:r>
        <w:rPr>
          <w:b/>
        </w:rPr>
        <w:t xml:space="preserve">DEMAND: </w:t>
      </w:r>
      <w:r>
        <w:t>You are hereby called upon, within 30 (thirty) days of receipt of this notice, to: (a) [refund ₹[Amount] / replace the product / rectify the deficiency]; and (b) pay compensation of ₹[Amount] for the loss, inconvenience and mental agony caused.</w:t>
      </w:r>
    </w:p>
    <w:p>
      <w:pPr>
        <w:tabs>
          <w:tab w:pos="454" w:val="left"/>
        </w:tabs>
        <w:ind w:left="454" w:hanging="454"/>
        <w:jc w:val="both"/>
      </w:pPr>
      <w:r>
        <w:t>6.</w:t>
        <w:tab/>
      </w:r>
      <w:r>
        <w:rPr>
          <w:b/>
        </w:rPr>
        <w:t xml:space="preserve">CONSEQUENCE: </w:t>
      </w:r>
      <w:r>
        <w:t>Failure to comply will compel my client to file a complaint before the District Consumer Disputes Redressal Commission under the Consumer Protection Act, 2019, at your risk and cost, without further notice.</w:t>
      </w:r>
    </w:p>
    <w:p>
      <w:pPr>
        <w:jc w:val="both"/>
      </w:pPr>
      <w:r>
        <w:rPr>
          <w:b w:val="0"/>
        </w:rPr>
        <w:t>A copy of this notice has been retained in my office for record and further action.</w:t>
      </w:r>
    </w:p>
    <w:p/>
    <w:p>
      <w:pPr>
        <w:spacing w:after="0"/>
      </w:pPr>
      <w:r>
        <w:rPr>
          <w:b w:val="0"/>
        </w:rPr>
        <w:t>Yours faithfully,</w:t>
      </w:r>
    </w:p>
    <w:p>
      <w:pPr>
        <w:spacing w:after="0"/>
      </w:pPr>
    </w:p>
    <w:p>
      <w:pPr>
        <w:spacing w:after="0"/>
      </w:pPr>
      <w:r>
        <w:rPr>
          <w:b w:val="0"/>
        </w:rPr>
        <w:t>[Advocate's Signature]</w:t>
      </w:r>
    </w:p>
    <w:p>
      <w:pPr>
        <w:spacing w:after="0"/>
      </w:pPr>
      <w:r>
        <w:rPr>
          <w:b w:val="0"/>
        </w:rPr>
        <w:t>[Advocate's Name &amp; Seal]</w:t>
      </w:r>
    </w:p>
    <w:p>
      <w:pPr>
        <w:spacing w:after="0"/>
      </w:pPr>
      <w:r>
        <w:rPr>
          <w:b w:val="0"/>
        </w:rPr>
        <w:t>Counsel for [Client Full Name]</w:t>
      </w:r>
    </w:p>
    <w:p/>
    <w:p>
      <w:pPr>
        <w:spacing w:after="0"/>
      </w:pPr>
      <w:r>
        <w:rPr>
          <w:b/>
        </w:rPr>
        <w:t>Enclosures:</w:t>
      </w:r>
    </w:p>
    <w:p>
      <w:pPr>
        <w:spacing w:after="0"/>
      </w:pPr>
      <w:r>
        <w:rPr>
          <w:b w:val="0"/>
        </w:rPr>
        <w:t>1. Copy of invoice / order confirmation</w:t>
      </w:r>
    </w:p>
    <w:p>
      <w:pPr>
        <w:spacing w:after="0"/>
      </w:pPr>
      <w:r>
        <w:rPr>
          <w:b w:val="0"/>
        </w:rPr>
        <w:t>2. Photos of the defect / proof of deficiency</w:t>
      </w:r>
    </w:p>
    <w:p>
      <w:pPr>
        <w:spacing w:after="0"/>
      </w:pPr>
      <w:r>
        <w:rPr>
          <w:b w:val="0"/>
        </w:rPr>
        <w:t>3. Complaint / ticket correspondence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>Free sample format from vakiltech.in — a template for guidance, not legal advice. Get it drafted and sent by an advocate from ₹1,499.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 Format for Consumer Complaint</dc:title>
  <dc:subject>Legal notice format (sample)</dc:subject>
  <dc:creator>vakiltech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