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8A3B24"/>
          <w:sz w:val="26"/>
        </w:rPr>
        <w:t>ADVOCATE'S LETTERHEAD</w:t>
      </w:r>
    </w:p>
    <w:p>
      <w:pPr>
        <w:spacing w:after="280"/>
        <w:jc w:val="center"/>
        <w:pBdr>
          <w:bottom w:val="single" w:sz="12" w:space="4" w:color="8A3B24"/>
        </w:pBdr>
      </w:pPr>
      <w:r>
        <w:rPr>
          <w:b w:val="0"/>
          <w:color w:val="444444"/>
          <w:sz w:val="20"/>
        </w:rPr>
        <w:t>Adv. [Full Name] | Enrolment No.: [Bar Council No.] | [Office Address] | [Phone] | [Email]</w:t>
      </w:r>
    </w:p>
    <w:p>
      <w:pPr>
        <w:jc w:val="right"/>
      </w:pPr>
      <w:r>
        <w:rPr>
          <w:b w:val="0"/>
        </w:rPr>
        <w:t>Date: [DD/MM/YYYY]</w:t>
      </w:r>
    </w:p>
    <w:p>
      <w:pPr>
        <w:spacing w:after="0"/>
      </w:pPr>
      <w:r>
        <w:rPr>
          <w:b w:val="0"/>
        </w:rPr>
        <w:t>To,</w:t>
      </w:r>
    </w:p>
    <w:p>
      <w:pPr>
        <w:spacing w:after="0"/>
      </w:pPr>
      <w:r>
        <w:rPr>
          <w:b w:val="0"/>
        </w:rPr>
        <w:t>[Full Name of Person / Company]</w:t>
      </w:r>
    </w:p>
    <w:p>
      <w:pPr>
        <w:spacing w:after="200"/>
      </w:pPr>
      <w:r>
        <w:rPr>
          <w:b w:val="0"/>
        </w:rPr>
        <w:t>[Complete Postal Address with PIN Code]</w:t>
      </w:r>
    </w:p>
    <w:p>
      <w:r>
        <w:rPr>
          <w:b/>
        </w:rPr>
        <w:t xml:space="preserve">Subject: </w:t>
      </w:r>
      <w:r>
        <w:rPr>
          <w:b/>
        </w:rPr>
        <w:t>Legal Notice for Defamation under Section 356 of the Bharatiya Nyaya Sanhita, 2023</w:t>
      </w:r>
    </w:p>
    <w:p>
      <w:r>
        <w:rPr>
          <w:b w:val="0"/>
        </w:rPr>
        <w:t>Sir/Madam,</w:t>
      </w:r>
    </w:p>
    <w:p>
      <w:pPr>
        <w:jc w:val="both"/>
      </w:pPr>
      <w:r>
        <w:rPr>
          <w:b w:val="0"/>
        </w:rPr>
        <w:t>Under instructions from and on behalf of my client, [Client Full Name], [designation / occupation], residing at [Client Address], I hereby serve upon you the following legal notice:</w:t>
      </w:r>
    </w:p>
    <w:p>
      <w:pPr>
        <w:tabs>
          <w:tab w:pos="454" w:val="left"/>
        </w:tabs>
        <w:ind w:left="454" w:hanging="454"/>
        <w:jc w:val="both"/>
      </w:pPr>
      <w:r>
        <w:t>1.</w:t>
        <w:tab/>
      </w:r>
      <w:r>
        <w:rPr>
          <w:b/>
        </w:rPr>
        <w:t xml:space="preserve">FACTS: </w:t>
      </w:r>
      <w:r>
        <w:t>That on or around [Date], you [published / made / circulated] [specific act — a social media post / an article / a statement in public] containing the following false and defamatory statement: "[Exact quote of the statement]".</w:t>
      </w:r>
    </w:p>
    <w:p>
      <w:pPr>
        <w:tabs>
          <w:tab w:pos="454" w:val="left"/>
        </w:tabs>
        <w:ind w:left="454" w:hanging="454"/>
        <w:jc w:val="both"/>
      </w:pPr>
      <w:r>
        <w:t>2.</w:t>
        <w:tab/>
      </w:r>
      <w:r>
        <w:t>That the said statement was made to / was accessible to third parties, namely [describe the audience or platform], and is entirely false and without any factual basis.</w:t>
      </w:r>
    </w:p>
    <w:p>
      <w:pPr>
        <w:tabs>
          <w:tab w:pos="454" w:val="left"/>
        </w:tabs>
        <w:ind w:left="454" w:hanging="454"/>
        <w:jc w:val="both"/>
      </w:pPr>
      <w:r>
        <w:t>3.</w:t>
        <w:tab/>
      </w:r>
      <w:r>
        <w:t>That as a direct result, my client has suffered serious harm to [his/her/its] reputation and standing, including [specific examples — loss of clients / professional opportunities].</w:t>
      </w:r>
    </w:p>
    <w:p>
      <w:pPr>
        <w:tabs>
          <w:tab w:pos="454" w:val="left"/>
        </w:tabs>
        <w:ind w:left="454" w:hanging="454"/>
        <w:jc w:val="both"/>
      </w:pPr>
      <w:r>
        <w:t>4.</w:t>
        <w:tab/>
      </w:r>
      <w:r>
        <w:rPr>
          <w:b/>
        </w:rPr>
        <w:t xml:space="preserve">LEGAL BASIS: </w:t>
      </w:r>
      <w:r>
        <w:t>That the said publication constitutes defamation punishable under Section 356 of the Bharatiya Nyaya Sanhita, 2023, and also gives rise to a civil claim for damages.</w:t>
      </w:r>
    </w:p>
    <w:p>
      <w:pPr>
        <w:tabs>
          <w:tab w:pos="454" w:val="left"/>
        </w:tabs>
        <w:ind w:left="454" w:hanging="454"/>
        <w:jc w:val="both"/>
      </w:pPr>
      <w:r>
        <w:t>5.</w:t>
        <w:tab/>
      </w:r>
      <w:r>
        <w:rPr>
          <w:b/>
        </w:rPr>
        <w:t xml:space="preserve">DEMAND: </w:t>
      </w:r>
      <w:r>
        <w:t>You are hereby called upon, within 15 (fifteen) days of receipt of this notice, to: (a) remove the said content from all platforms; (b) issue an unconditional written apology in the same medium; and (c) pay damages of ₹[Amount] to my client.</w:t>
      </w:r>
    </w:p>
    <w:p>
      <w:pPr>
        <w:tabs>
          <w:tab w:pos="454" w:val="left"/>
        </w:tabs>
        <w:ind w:left="454" w:hanging="454"/>
        <w:jc w:val="both"/>
      </w:pPr>
      <w:r>
        <w:t>6.</w:t>
        <w:tab/>
      </w:r>
      <w:r>
        <w:rPr>
          <w:b/>
        </w:rPr>
        <w:t xml:space="preserve">CONSEQUENCE: </w:t>
      </w:r>
      <w:r>
        <w:t>Failure to comply will compel my client to file a criminal complaint under Section 356 of the Bharatiya Nyaya Sanhita, 2023 and a civil suit for damages against you, at your risk and cost, without further notice.</w:t>
      </w:r>
    </w:p>
    <w:p>
      <w:pPr>
        <w:jc w:val="both"/>
      </w:pPr>
      <w:r>
        <w:rPr>
          <w:b w:val="0"/>
        </w:rPr>
        <w:t>A copy of this notice has been retained in my office for record and further action.</w:t>
      </w:r>
    </w:p>
    <w:p/>
    <w:p>
      <w:pPr>
        <w:spacing w:after="0"/>
      </w:pPr>
      <w:r>
        <w:rPr>
          <w:b w:val="0"/>
        </w:rPr>
        <w:t>Yours faithfully,</w:t>
      </w:r>
    </w:p>
    <w:p>
      <w:pPr>
        <w:spacing w:after="0"/>
      </w:pPr>
    </w:p>
    <w:p>
      <w:pPr>
        <w:spacing w:after="0"/>
      </w:pPr>
      <w:r>
        <w:rPr>
          <w:b w:val="0"/>
        </w:rPr>
        <w:t>[Advocate's Signature]</w:t>
      </w:r>
    </w:p>
    <w:p>
      <w:pPr>
        <w:spacing w:after="0"/>
      </w:pPr>
      <w:r>
        <w:rPr>
          <w:b w:val="0"/>
        </w:rPr>
        <w:t>[Advocate's Name &amp; Seal]</w:t>
      </w:r>
    </w:p>
    <w:p>
      <w:pPr>
        <w:spacing w:after="0"/>
      </w:pPr>
      <w:r>
        <w:rPr>
          <w:b w:val="0"/>
        </w:rPr>
        <w:t>Counsel for [Client Full Name]</w:t>
      </w:r>
    </w:p>
    <w:p/>
    <w:p>
      <w:pPr>
        <w:spacing w:after="0"/>
      </w:pPr>
      <w:r>
        <w:rPr>
          <w:b/>
        </w:rPr>
        <w:t>Enclosures:</w:t>
      </w:r>
    </w:p>
    <w:p>
      <w:pPr>
        <w:spacing w:after="0"/>
      </w:pPr>
      <w:r>
        <w:rPr>
          <w:b w:val="0"/>
        </w:rPr>
        <w:t>1. Screenshots / copies of the defamatory content with dates and links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6"/>
      </w:rPr>
      <w:t>Free sample format from vakiltech.in — a template for guidance, not legal advice. Get it drafted and sent by an advocate from ₹1,499.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 Format for Defamation (BNS Section 356)</dc:title>
  <dc:subject>Legal notice format (sample)</dc:subject>
  <dc:creator>vakiltech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