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8A3B24"/>
          <w:sz w:val="26"/>
        </w:rPr>
        <w:t>ADVOCATE'S LETTERHEAD</w:t>
      </w:r>
    </w:p>
    <w:p>
      <w:pPr>
        <w:spacing w:after="280"/>
        <w:jc w:val="center"/>
        <w:pBdr>
          <w:bottom w:val="single" w:sz="12" w:space="4" w:color="8A3B24"/>
        </w:pBdr>
      </w:pPr>
      <w:r>
        <w:rPr>
          <w:b w:val="0"/>
          <w:color w:val="444444"/>
          <w:sz w:val="20"/>
        </w:rPr>
        <w:t>Adv. [Full Name] | Enrolment No.: [Bar Council No.] | [Office Address] | [Phone] | [Email]</w:t>
      </w:r>
    </w:p>
    <w:p>
      <w:pPr>
        <w:jc w:val="right"/>
      </w:pPr>
      <w:r>
        <w:rPr>
          <w:b w:val="0"/>
        </w:rPr>
        <w:t>Date: [DD/MM/YYYY]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[Full Name of Recipient]</w:t>
      </w:r>
    </w:p>
    <w:p>
      <w:pPr>
        <w:spacing w:after="200"/>
      </w:pPr>
      <w:r>
        <w:rPr>
          <w:b w:val="0"/>
        </w:rPr>
        <w:t>[Complete Postal Address with PIN Code]</w:t>
      </w:r>
    </w:p>
    <w:p>
      <w:r>
        <w:rPr>
          <w:b/>
        </w:rPr>
        <w:t xml:space="preserve">Subject: </w:t>
      </w:r>
      <w:r>
        <w:rPr>
          <w:b/>
        </w:rPr>
        <w:t>Legal Notice regarding [nature of dispute]</w:t>
      </w:r>
    </w:p>
    <w:p>
      <w:r>
        <w:rPr>
          <w:b w:val="0"/>
        </w:rPr>
        <w:t>Sir/Madam,</w:t>
      </w:r>
    </w:p>
    <w:p>
      <w:pPr>
        <w:jc w:val="both"/>
      </w:pPr>
      <w:r>
        <w:rPr>
          <w:b w:val="0"/>
        </w:rPr>
        <w:t>Under instructions from and on behalf of my client, [Client Full Name], son/daughter/wife of [Name], residing at [Client Address] (hereinafter "my client"), I hereby serve upon you the following legal notice:</w:t>
      </w:r>
    </w:p>
    <w:p>
      <w:pPr>
        <w:tabs>
          <w:tab w:pos="454" w:val="left"/>
        </w:tabs>
        <w:ind w:left="454" w:hanging="454"/>
        <w:jc w:val="both"/>
      </w:pPr>
      <w:r>
        <w:t>1.</w:t>
        <w:tab/>
      </w:r>
      <w:r>
        <w:rPr>
          <w:b/>
        </w:rPr>
        <w:t xml:space="preserve">FACTS: </w:t>
      </w:r>
      <w:r>
        <w:t>That my client and you entered into [an agreement / a transaction / an arrangement] on [Date], under which [describe what each party agreed to do].</w:t>
      </w:r>
    </w:p>
    <w:p>
      <w:pPr>
        <w:tabs>
          <w:tab w:pos="454" w:val="left"/>
        </w:tabs>
        <w:ind w:left="454" w:hanging="454"/>
        <w:jc w:val="both"/>
      </w:pPr>
      <w:r>
        <w:t>2.</w:t>
        <w:tab/>
      </w:r>
      <w:r>
        <w:t>That my client duly performed [his/her/its] obligations by [describe — payment made / goods delivered / services rendered] on [Date(s)]. Copies of the relevant documents are enclosed.</w:t>
      </w:r>
    </w:p>
    <w:p>
      <w:pPr>
        <w:tabs>
          <w:tab w:pos="454" w:val="left"/>
        </w:tabs>
        <w:ind w:left="454" w:hanging="454"/>
        <w:jc w:val="both"/>
      </w:pPr>
      <w:r>
        <w:t>3.</w:t>
        <w:tab/>
      </w:r>
      <w:r>
        <w:t>That despite my client's repeated requests on [Date(s)], you have failed to [describe the default — pay / deliver / vacate / rectify].</w:t>
      </w:r>
    </w:p>
    <w:p>
      <w:pPr>
        <w:tabs>
          <w:tab w:pos="454" w:val="left"/>
        </w:tabs>
        <w:ind w:left="454" w:hanging="454"/>
        <w:jc w:val="both"/>
      </w:pPr>
      <w:r>
        <w:t>4.</w:t>
        <w:tab/>
      </w:r>
      <w:r>
        <w:rPr>
          <w:b/>
        </w:rPr>
        <w:t xml:space="preserve">LEGAL BASIS: </w:t>
      </w:r>
      <w:r>
        <w:t>That your above acts and omissions amount to [breach of contract / deficiency in service / non-payment of dues / other wrong] and render you liable under [Name of Act, Section __].</w:t>
      </w:r>
    </w:p>
    <w:p>
      <w:pPr>
        <w:tabs>
          <w:tab w:pos="454" w:val="left"/>
        </w:tabs>
        <w:ind w:left="454" w:hanging="454"/>
        <w:jc w:val="both"/>
      </w:pPr>
      <w:r>
        <w:t>5.</w:t>
        <w:tab/>
      </w:r>
      <w:r>
        <w:rPr>
          <w:b/>
        </w:rPr>
        <w:t xml:space="preserve">DEMAND: </w:t>
      </w:r>
      <w:r>
        <w:t>You are hereby called upon to [state the exact demand — pay ₹[Amount] with interest at [__]% per annum from [Date] / perform your obligation / vacate the premises / rectify the defect] within [15/30] days from the receipt of this notice.</w:t>
      </w:r>
    </w:p>
    <w:p>
      <w:pPr>
        <w:tabs>
          <w:tab w:pos="454" w:val="left"/>
        </w:tabs>
        <w:ind w:left="454" w:hanging="454"/>
        <w:jc w:val="both"/>
      </w:pPr>
      <w:r>
        <w:t>6.</w:t>
        <w:tab/>
      </w:r>
      <w:r>
        <w:rPr>
          <w:b/>
        </w:rPr>
        <w:t xml:space="preserve">CONSEQUENCE: </w:t>
      </w:r>
      <w:r>
        <w:t>Please take notice that if you fail to comply within the said period, my client shall be constrained to initiate appropriate civil and/or criminal proceedings against you before the competent court or forum, entirely at your risk as to costs and consequences, without any further notice.</w:t>
      </w:r>
    </w:p>
    <w:p>
      <w:pPr>
        <w:tabs>
          <w:tab w:pos="454" w:val="left"/>
        </w:tabs>
        <w:ind w:left="454" w:hanging="454"/>
        <w:jc w:val="both"/>
      </w:pPr>
      <w:r>
        <w:t>7.</w:t>
        <w:tab/>
      </w:r>
      <w:r>
        <w:t>You are also liable to pay ₹[Amount] towards the cost of this notice.</w:t>
      </w:r>
    </w:p>
    <w:p>
      <w:pPr>
        <w:jc w:val="both"/>
      </w:pPr>
      <w:r>
        <w:rPr>
          <w:b w:val="0"/>
        </w:rPr>
        <w:t>A copy of this notice has been retained in my office for record and further action.</w:t>
      </w:r>
    </w:p>
    <w:p/>
    <w:p>
      <w:pPr>
        <w:spacing w:after="0"/>
      </w:pPr>
      <w:r>
        <w:rPr>
          <w:b w:val="0"/>
        </w:rPr>
        <w:t>Yours faithfully,</w:t>
      </w:r>
    </w:p>
    <w:p>
      <w:pPr>
        <w:spacing w:after="0"/>
      </w:pPr>
    </w:p>
    <w:p>
      <w:pPr>
        <w:spacing w:after="0"/>
      </w:pPr>
      <w:r>
        <w:rPr>
          <w:b w:val="0"/>
        </w:rPr>
        <w:t>[Advocate's Signature]</w:t>
      </w:r>
    </w:p>
    <w:p>
      <w:pPr>
        <w:spacing w:after="0"/>
      </w:pPr>
      <w:r>
        <w:rPr>
          <w:b w:val="0"/>
        </w:rPr>
        <w:t>[Advocate's Name &amp; Seal]</w:t>
      </w:r>
    </w:p>
    <w:p>
      <w:pPr>
        <w:spacing w:after="0"/>
      </w:pPr>
      <w:r>
        <w:rPr>
          <w:b w:val="0"/>
        </w:rPr>
        <w:t>Counsel for [Client Full Name]</w:t>
      </w:r>
    </w:p>
    <w:p/>
    <w:p>
      <w:pPr>
        <w:spacing w:after="0"/>
      </w:pPr>
      <w:r>
        <w:rPr>
          <w:b/>
        </w:rPr>
        <w:t>Enclosures:</w:t>
      </w:r>
    </w:p>
    <w:p>
      <w:pPr>
        <w:spacing w:after="0"/>
      </w:pPr>
      <w:r>
        <w:rPr>
          <w:b w:val="0"/>
        </w:rPr>
        <w:t>1. [List the documents enclosed]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Free sample format from vakiltech.in — a template for guidance, not legal advice. Get it drafted and sent by an advocate from ₹1,499.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Legal Notice Format (Any Dispute)</dc:title>
  <dc:subject>Legal notice format (sample)</dc:subject>
  <dc:creator>vakiltech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