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bCs/>
          <w:color w:val="8A3B24"/>
          <w:sz w:val="26"/>
        </w:rPr>
        <w:t>अधिवक्ता का लेटरहेड</w:t>
      </w:r>
    </w:p>
    <w:p>
      <w:pPr>
        <w:spacing w:after="280"/>
        <w:jc w:val="center"/>
        <w:pBdr>
          <w:bottom w:val="single" w:sz="12" w:space="4" w:color="8A3B24"/>
        </w:pBdr>
      </w:pPr>
      <w:r>
        <w:rPr>
          <w:b w:val="0"/>
          <w:color w:val="444444"/>
          <w:sz w:val="20"/>
        </w:rPr>
        <w:t>अधिवक्ता [पूरा नाम] | नामांकन सं.: [बार काउंसिल नं.] | [कार्यालय का पता] | [फ़ोन] | [ईमेल]</w:t>
      </w:r>
    </w:p>
    <w:p>
      <w:pPr>
        <w:jc w:val="right"/>
      </w:pPr>
      <w:r>
        <w:rPr>
          <w:b w:val="0"/>
        </w:rPr>
        <w:t>दिनांक: [दिन/माह/वर्ष]</w:t>
      </w:r>
    </w:p>
    <w:p>
      <w:pPr>
        <w:spacing w:after="0"/>
      </w:pPr>
      <w:r>
        <w:rPr>
          <w:b w:val="0"/>
        </w:rPr>
        <w:t>सेवा में,</w:t>
      </w:r>
    </w:p>
    <w:p>
      <w:pPr>
        <w:spacing w:after="0"/>
      </w:pPr>
      <w:r>
        <w:rPr>
          <w:b w:val="0"/>
        </w:rPr>
        <w:t>[प्राप्तकर्ता का पूरा नाम]</w:t>
      </w:r>
    </w:p>
    <w:p>
      <w:pPr>
        <w:spacing w:after="200"/>
      </w:pPr>
      <w:r>
        <w:rPr>
          <w:b w:val="0"/>
        </w:rPr>
        <w:t>[पिन कोड सहित पूरा डाक पता]</w:t>
      </w:r>
    </w:p>
    <w:p>
      <w:r>
        <w:rPr>
          <w:b/>
        </w:rPr>
        <w:t xml:space="preserve">विषय: </w:t>
      </w:r>
      <w:r>
        <w:rPr>
          <w:b/>
        </w:rPr>
        <w:t>[विवाद का स्वरूप] के संबंध में कानूनी नोटिस</w:t>
      </w:r>
    </w:p>
    <w:p>
      <w:r>
        <w:rPr>
          <w:b w:val="0"/>
        </w:rPr>
        <w:t>महोदय/महोदया,</w:t>
      </w:r>
    </w:p>
    <w:p>
      <w:pPr>
        <w:jc w:val="both"/>
      </w:pPr>
      <w:r>
        <w:rPr>
          <w:b w:val="0"/>
        </w:rPr>
        <w:t>मैं अपने मुवक्किल [मुवक्किल का पूरा नाम], पुत्र/पुत्री/पत्नी [नाम], निवासी [पता] (जिन्हें आगे "मेरे मुवक्किल" कहा गया है) के निर्देश पर एवं उनकी ओर से आपको निम्नलिखित कानूनी नोटिस देता/देती हूँ:</w:t>
      </w:r>
    </w:p>
    <w:p>
      <w:pPr>
        <w:tabs>
          <w:tab w:pos="454" w:val="left"/>
        </w:tabs>
        <w:ind w:left="454" w:hanging="454"/>
        <w:jc w:val="both"/>
      </w:pPr>
      <w:r>
        <w:t>1.</w:t>
        <w:tab/>
      </w:r>
      <w:r>
        <w:rPr>
          <w:b/>
        </w:rPr>
        <w:t xml:space="preserve">तथ्य: </w:t>
      </w:r>
      <w:r>
        <w:t>यह कि मेरे मुवक्किल और आपके बीच दिनांक [तारीख] को [समझौता / लेन-देन / व्यवस्था] हुआ था, जिसके अंतर्गत [प्रत्येक पक्ष ने क्या करने पर सहमति दी, उसका विवरण]।</w:t>
      </w:r>
    </w:p>
    <w:p>
      <w:pPr>
        <w:tabs>
          <w:tab w:pos="454" w:val="left"/>
        </w:tabs>
        <w:ind w:left="454" w:hanging="454"/>
        <w:jc w:val="both"/>
      </w:pPr>
      <w:r>
        <w:t>2.</w:t>
        <w:tab/>
      </w:r>
      <w:r>
        <w:t>यह कि मेरे मुवक्किल ने दिनांक [तारीख] को [भुगतान / माल की डिलीवरी / सेवा] द्वारा अपने दायित्वों का विधिवत पालन किया। संबंधित दस्तावेज़ों की प्रतियाँ संलग्न हैं।</w:t>
      </w:r>
    </w:p>
    <w:p>
      <w:pPr>
        <w:tabs>
          <w:tab w:pos="454" w:val="left"/>
        </w:tabs>
        <w:ind w:left="454" w:hanging="454"/>
        <w:jc w:val="both"/>
      </w:pPr>
      <w:r>
        <w:t>3.</w:t>
        <w:tab/>
      </w:r>
      <w:r>
        <w:t>यह कि मेरे मुवक्किल द्वारा दिनांक [तारीख] को बार-बार अनुरोध किए जाने के बावजूद आपने [चूक का विवरण — भुगतान / डिलीवरी / परिसर खाली करना] नहीं किया है।</w:t>
      </w:r>
    </w:p>
    <w:p>
      <w:pPr>
        <w:tabs>
          <w:tab w:pos="454" w:val="left"/>
        </w:tabs>
        <w:ind w:left="454" w:hanging="454"/>
        <w:jc w:val="both"/>
      </w:pPr>
      <w:r>
        <w:t>4.</w:t>
        <w:tab/>
      </w:r>
      <w:r>
        <w:rPr>
          <w:b/>
        </w:rPr>
        <w:t xml:space="preserve">कानूनी आधार: </w:t>
      </w:r>
      <w:r>
        <w:t>यह कि आपके उपर्युक्त कृत्य एवं चूक [अनुबंध का उल्लंघन / सेवा में कमी / बकाया राशि का भुगतान न करना] की श्रेणी में आते हैं, और आप [संबंधित अधिनियम, धारा __] के अंतर्गत उत्तरदायी हैं।</w:t>
      </w:r>
    </w:p>
    <w:p>
      <w:pPr>
        <w:tabs>
          <w:tab w:pos="454" w:val="left"/>
        </w:tabs>
        <w:ind w:left="454" w:hanging="454"/>
        <w:jc w:val="both"/>
      </w:pPr>
      <w:r>
        <w:t>5.</w:t>
        <w:tab/>
      </w:r>
      <w:r>
        <w:rPr>
          <w:b/>
        </w:rPr>
        <w:t xml:space="preserve">माँग: </w:t>
      </w:r>
      <w:r>
        <w:t>अतः आपसे अपेक्षा की जाती है कि इस नोटिस की प्राप्ति के [15/30] दिनों के भीतर आप [सटीक माँग — ₹[राशि] का भुगतान दिनांक [तारीख] से [__]% वार्षिक ब्याज सहित / अपने दायित्व का पालन / परिसर खाली करना / कमी दूर करना] करें।</w:t>
      </w:r>
    </w:p>
    <w:p>
      <w:pPr>
        <w:tabs>
          <w:tab w:pos="454" w:val="left"/>
        </w:tabs>
        <w:ind w:left="454" w:hanging="454"/>
        <w:jc w:val="both"/>
      </w:pPr>
      <w:r>
        <w:t>6.</w:t>
        <w:tab/>
      </w:r>
      <w:r>
        <w:rPr>
          <w:b/>
        </w:rPr>
        <w:t xml:space="preserve">परिणाम: </w:t>
      </w:r>
      <w:r>
        <w:t>कृपया ध्यान दें कि यदि आप उक्त अवधि में इसका पालन नहीं करते हैं, तो मेरे मुवक्किल बिना किसी अतिरिक्त सूचना के, आपके जोखिम एवं खर्च पर, सक्षम न्यायालय या फोरम में आपके विरुद्ध उचित दीवानी और/या आपराधिक कार्यवाही शुरू करने के लिए बाध्य होंगे।</w:t>
      </w:r>
    </w:p>
    <w:p>
      <w:pPr>
        <w:tabs>
          <w:tab w:pos="454" w:val="left"/>
        </w:tabs>
        <w:ind w:left="454" w:hanging="454"/>
        <w:jc w:val="both"/>
      </w:pPr>
      <w:r>
        <w:t>7.</w:t>
        <w:tab/>
      </w:r>
      <w:r>
        <w:t>आप इस नोटिस के खर्च के रूप में ₹[राशि] का भुगतान करने के लिए भी उत्तरदायी हैं।</w:t>
      </w:r>
    </w:p>
    <w:p>
      <w:pPr>
        <w:jc w:val="both"/>
      </w:pPr>
      <w:r>
        <w:rPr>
          <w:b w:val="0"/>
        </w:rPr>
        <w:t>इस नोटिस की एक प्रति अभिलेख एवं आगे की कार्यवाही हेतु मेरे कार्यालय में सुरक्षित रखी गई है।</w:t>
      </w:r>
    </w:p>
    <w:p/>
    <w:p>
      <w:pPr>
        <w:spacing w:after="0"/>
      </w:pPr>
      <w:r>
        <w:rPr>
          <w:b w:val="0"/>
        </w:rPr>
        <w:t>भवदीय,</w:t>
      </w:r>
    </w:p>
    <w:p>
      <w:pPr>
        <w:spacing w:after="0"/>
      </w:pPr>
    </w:p>
    <w:p>
      <w:pPr>
        <w:spacing w:after="0"/>
      </w:pPr>
      <w:r>
        <w:rPr>
          <w:b w:val="0"/>
        </w:rPr>
        <w:t>[अधिवक्ता के हस्ताक्षर]</w:t>
      </w:r>
    </w:p>
    <w:p>
      <w:pPr>
        <w:spacing w:after="0"/>
      </w:pPr>
      <w:r>
        <w:rPr>
          <w:b w:val="0"/>
        </w:rPr>
        <w:t>[अधिवक्ता का नाम एवं मुहर]</w:t>
      </w:r>
    </w:p>
    <w:p>
      <w:pPr>
        <w:spacing w:after="0"/>
      </w:pPr>
      <w:r>
        <w:rPr>
          <w:b w:val="0"/>
        </w:rPr>
        <w:t>[मुवक्किल का पूरा नाम] की ओर से अधिवक्ता</w:t>
      </w:r>
    </w:p>
    <w:p/>
    <w:p>
      <w:pPr>
        <w:spacing w:after="0"/>
      </w:pPr>
      <w:r>
        <w:rPr>
          <w:b/>
          <w:bCs/>
        </w:rPr>
        <w:t>संलग्नक:</w:t>
      </w:r>
    </w:p>
    <w:p>
      <w:pPr>
        <w:spacing w:after="0"/>
      </w:pPr>
      <w:r>
        <w:rPr>
          <w:b w:val="0"/>
        </w:rPr>
        <w:t>1. [संलग्न दस्तावेज़ों की सूची]</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vakiltech.in द्वारा निःशुल्क नमूना प्रारूप — यह केवल मार्गदर्शन हेतु टेम्पलेट है, कानूनी सलाह नहीं। वकील द्वारा ड्राफ़्ट एवं प्रेषित नोटिस ₹1,499 से।</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Times New Roman" w:hAnsi="Times New Roman" w:cs="Nirmala UI"/>
      <w:sz w:val="24"/>
      <w:lang w:bidi="hi-IN" w:val="en-IN"/>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लीगल नोटिस का प्रारूप — Legal Notice Format in Hindi</dc:title>
  <dc:subject>Legal notice format (sample)</dc:subject>
  <dc:creator>vakiltech</dc:creator>
  <cp:keywords/>
  <dc:description>generated by python-docx</dc:description>
  <cp:lastModifiedBy/>
  <cp:revision>1</cp:revision>
  <dcterms:created xsi:type="dcterms:W3CDTF">2013-12-23T23:15:00Z</dcterms:created>
  <dcterms:modified xsi:type="dcterms:W3CDTF">2013-12-23T23:15:00Z</dcterms:modified>
  <cp:category/>
</cp:coreProperties>
</file>