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8A3B24"/>
          <w:sz w:val="26"/>
        </w:rPr>
        <w:t>ADVOCATE'S LETTERHEAD</w:t>
      </w:r>
    </w:p>
    <w:p>
      <w:pPr>
        <w:spacing w:after="280"/>
        <w:jc w:val="center"/>
        <w:pBdr>
          <w:bottom w:val="single" w:sz="12" w:space="4" w:color="8A3B24"/>
        </w:pBdr>
      </w:pPr>
      <w:r>
        <w:rPr>
          <w:b w:val="0"/>
          <w:color w:val="444444"/>
          <w:sz w:val="20"/>
        </w:rPr>
        <w:t>Adv. [Full Name] | Enrolment No.: [Bar Council No.] | [Office Address] | [Phone] | [Email]</w:t>
      </w:r>
    </w:p>
    <w:p>
      <w:pPr>
        <w:jc w:val="right"/>
      </w:pPr>
      <w:r>
        <w:rPr>
          <w:b w:val="0"/>
        </w:rPr>
        <w:t>Date: [DD/MM/YYYY]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[Full Name of Recipient]</w:t>
      </w:r>
    </w:p>
    <w:p>
      <w:pPr>
        <w:spacing w:after="200"/>
      </w:pPr>
      <w:r>
        <w:rPr>
          <w:b w:val="0"/>
        </w:rPr>
        <w:t>[Complete Postal Address with PIN Code]</w:t>
      </w:r>
    </w:p>
    <w:p>
      <w:r>
        <w:rPr>
          <w:b/>
        </w:rPr>
        <w:t xml:space="preserve">Subject: </w:t>
      </w:r>
      <w:r>
        <w:rPr>
          <w:b/>
        </w:rPr>
        <w:t>Legal Notice for Recovery of ₹[Amount] — [Brief reason]</w:t>
      </w:r>
    </w:p>
    <w:p>
      <w:r>
        <w:rPr>
          <w:b w:val="0"/>
        </w:rPr>
        <w:t>Sir/Madam,</w:t>
      </w:r>
    </w:p>
    <w:p>
      <w:pPr>
        <w:jc w:val="both"/>
      </w:pPr>
      <w:r>
        <w:rPr>
          <w:b w:val="0"/>
        </w:rPr>
        <w:t>Under instructions from and on behalf of my client, [Client Full Name], residing at [Client Address], I hereby serve upon you the following legal notice:</w:t>
      </w:r>
    </w:p>
    <w:p>
      <w:pPr>
        <w:tabs>
          <w:tab w:pos="454" w:val="left"/>
        </w:tabs>
        <w:ind w:left="454" w:hanging="454"/>
        <w:jc w:val="both"/>
      </w:pPr>
      <w:r>
        <w:t>1.</w:t>
        <w:tab/>
      </w:r>
      <w:r>
        <w:rPr>
          <w:b/>
        </w:rPr>
        <w:t xml:space="preserve">FACTS: </w:t>
      </w:r>
      <w:r>
        <w:t>That my client advanced a sum of ₹[Amount] to you on [Date] by way of [mode — bank transfer / NEFT / UPI / cheque], for the purpose of [purpose]. A copy of the transaction record / agreement is enclosed.</w:t>
      </w:r>
    </w:p>
    <w:p>
      <w:pPr>
        <w:tabs>
          <w:tab w:pos="454" w:val="left"/>
        </w:tabs>
        <w:ind w:left="454" w:hanging="454"/>
        <w:jc w:val="both"/>
      </w:pPr>
      <w:r>
        <w:t>2.</w:t>
        <w:tab/>
      </w:r>
      <w:r>
        <w:t>That you had assured my client that the said amount would be repaid on or before [Date].</w:t>
      </w:r>
    </w:p>
    <w:p>
      <w:pPr>
        <w:tabs>
          <w:tab w:pos="454" w:val="left"/>
        </w:tabs>
        <w:ind w:left="454" w:hanging="454"/>
        <w:jc w:val="both"/>
      </w:pPr>
      <w:r>
        <w:t>3.</w:t>
        <w:tab/>
      </w:r>
      <w:r>
        <w:t>That despite repeated oral and written requests on [Date(s)], you have failed and neglected to repay the said amount.</w:t>
      </w:r>
    </w:p>
    <w:p>
      <w:pPr>
        <w:tabs>
          <w:tab w:pos="454" w:val="left"/>
        </w:tabs>
        <w:ind w:left="454" w:hanging="454"/>
        <w:jc w:val="both"/>
      </w:pPr>
      <w:r>
        <w:t>4.</w:t>
        <w:tab/>
      </w:r>
      <w:r>
        <w:rPr>
          <w:b/>
        </w:rPr>
        <w:t xml:space="preserve">LEGAL BASIS: </w:t>
      </w:r>
      <w:r>
        <w:t>That your failure to repay constitutes a breach of your legal and contractual obligation and renders you liable under the provisions of the Indian Contract Act, 1872 and other applicable laws.</w:t>
      </w:r>
    </w:p>
    <w:p>
      <w:pPr>
        <w:tabs>
          <w:tab w:pos="454" w:val="left"/>
        </w:tabs>
        <w:ind w:left="454" w:hanging="454"/>
        <w:jc w:val="both"/>
      </w:pPr>
      <w:r>
        <w:t>5.</w:t>
        <w:tab/>
      </w:r>
      <w:r>
        <w:rPr>
          <w:b/>
        </w:rPr>
        <w:t xml:space="preserve">DEMAND: </w:t>
      </w:r>
      <w:r>
        <w:t>You are hereby called upon to pay the outstanding sum of ₹[Amount] along with interest at [rate]% per annum from [Date] until realisation to my client within 15 (fifteen) days from the receipt of this notice.</w:t>
      </w:r>
    </w:p>
    <w:p>
      <w:pPr>
        <w:tabs>
          <w:tab w:pos="454" w:val="left"/>
        </w:tabs>
        <w:ind w:left="454" w:hanging="454"/>
        <w:jc w:val="both"/>
      </w:pPr>
      <w:r>
        <w:t>6.</w:t>
        <w:tab/>
      </w:r>
      <w:r>
        <w:rPr>
          <w:b/>
        </w:rPr>
        <w:t xml:space="preserve">CONSEQUENCE: </w:t>
      </w:r>
      <w:r>
        <w:t>Please take notice that in the event of failure to comply, my client shall be constrained to institute appropriate civil proceedings for recovery, including a summary suit under Order XXXVII of the Code of Civil Procedure, 1908 where applicable, and/or other legal proceedings before the competent court, at your risk, cost and consequences, without further notice.</w:t>
      </w:r>
    </w:p>
    <w:p>
      <w:pPr>
        <w:jc w:val="both"/>
      </w:pPr>
      <w:r>
        <w:rPr>
          <w:b w:val="0"/>
        </w:rPr>
        <w:t>A copy of this notice has been retained in my office for record and further action.</w:t>
      </w:r>
    </w:p>
    <w:p/>
    <w:p>
      <w:pPr>
        <w:spacing w:after="0"/>
      </w:pPr>
      <w:r>
        <w:rPr>
          <w:b w:val="0"/>
        </w:rPr>
        <w:t>Yours faithfully,</w:t>
      </w:r>
    </w:p>
    <w:p>
      <w:pPr>
        <w:spacing w:after="0"/>
      </w:pPr>
    </w:p>
    <w:p>
      <w:pPr>
        <w:spacing w:after="0"/>
      </w:pPr>
      <w:r>
        <w:rPr>
          <w:b w:val="0"/>
        </w:rPr>
        <w:t>[Advocate's Signature]</w:t>
      </w:r>
    </w:p>
    <w:p>
      <w:pPr>
        <w:spacing w:after="0"/>
      </w:pPr>
      <w:r>
        <w:rPr>
          <w:b w:val="0"/>
        </w:rPr>
        <w:t>[Advocate's Name &amp; Seal]</w:t>
      </w:r>
    </w:p>
    <w:p>
      <w:pPr>
        <w:spacing w:after="0"/>
      </w:pPr>
      <w:r>
        <w:rPr>
          <w:b w:val="0"/>
        </w:rPr>
        <w:t>Counsel for [Client Full Name]</w:t>
      </w:r>
    </w:p>
    <w:p/>
    <w:p>
      <w:pPr>
        <w:spacing w:after="0"/>
      </w:pPr>
      <w:r>
        <w:rPr>
          <w:b/>
        </w:rPr>
        <w:t>Enclosures:</w:t>
      </w:r>
    </w:p>
    <w:p>
      <w:pPr>
        <w:spacing w:after="0"/>
      </w:pPr>
      <w:r>
        <w:rPr>
          <w:b w:val="0"/>
        </w:rPr>
        <w:t>1. Copy of bank statement / transaction receipt</w:t>
      </w:r>
    </w:p>
    <w:p>
      <w:pPr>
        <w:spacing w:after="0"/>
      </w:pPr>
      <w:r>
        <w:rPr>
          <w:b w:val="0"/>
        </w:rPr>
        <w:t>2. Copy of agreement / messages acknowledging the debt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Free sample format from vakiltech.in — a template for guidance, not legal advice. Get it drafted and sent by an advocate from ₹1,499.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 Format for Money Recovery</dc:title>
  <dc:subject>Legal notice format (sample)</dc:subject>
  <dc:creator>vakiltech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