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8A3B24"/>
          <w:sz w:val="26"/>
        </w:rPr>
        <w:t>ADVOCATE'S LETTERHEAD</w:t>
      </w:r>
    </w:p>
    <w:p>
      <w:pPr>
        <w:spacing w:after="280"/>
        <w:jc w:val="center"/>
        <w:pBdr>
          <w:bottom w:val="single" w:sz="12" w:space="4" w:color="8A3B24"/>
        </w:pBdr>
      </w:pPr>
      <w:r>
        <w:rPr>
          <w:b w:val="0"/>
          <w:color w:val="444444"/>
          <w:sz w:val="20"/>
        </w:rPr>
        <w:t>Adv. [Full Name] | Enrolment No.: [Bar Council No.] | [Office Address] | [Phone] | [Email]</w:t>
      </w:r>
    </w:p>
    <w:p>
      <w:pPr>
        <w:jc w:val="right"/>
      </w:pPr>
      <w:r>
        <w:rPr>
          <w:b w:val="0"/>
        </w:rPr>
        <w:t>Date: [DD/MM/YYYY]</w:t>
      </w:r>
    </w:p>
    <w:p>
      <w:pPr>
        <w:spacing w:after="0"/>
      </w:pPr>
      <w:r>
        <w:rPr>
          <w:b w:val="0"/>
        </w:rPr>
        <w:t>To,</w:t>
      </w:r>
    </w:p>
    <w:p>
      <w:pPr>
        <w:spacing w:after="0"/>
      </w:pPr>
      <w:r>
        <w:rPr>
          <w:b w:val="0"/>
        </w:rPr>
        <w:t>[Full Name of Tenant]</w:t>
      </w:r>
    </w:p>
    <w:p>
      <w:pPr>
        <w:spacing w:after="200"/>
      </w:pPr>
      <w:r>
        <w:rPr>
          <w:b w:val="0"/>
        </w:rPr>
        <w:t>[Address of the Tenanted Premises with PIN Code]</w:t>
      </w:r>
    </w:p>
    <w:p>
      <w:r>
        <w:rPr>
          <w:b/>
        </w:rPr>
        <w:t xml:space="preserve">Subject: </w:t>
      </w:r>
      <w:r>
        <w:rPr>
          <w:b/>
        </w:rPr>
        <w:t>Legal Notice for Termination of Tenancy, Eviction and Recovery of Rent Arrears — [Property Address]</w:t>
      </w:r>
    </w:p>
    <w:p>
      <w:r>
        <w:rPr>
          <w:b w:val="0"/>
        </w:rPr>
        <w:t>Sir/Madam,</w:t>
      </w:r>
    </w:p>
    <w:p>
      <w:pPr>
        <w:jc w:val="both"/>
      </w:pPr>
      <w:r>
        <w:rPr>
          <w:b w:val="0"/>
        </w:rPr>
        <w:t>Under instructions from and on behalf of my client, [Landlord Full Name], the lawful owner / landlord of the premises situated at [Full Property Address] ("the said premises"), I hereby serve upon you the following legal notice:</w:t>
      </w:r>
    </w:p>
    <w:p>
      <w:pPr>
        <w:tabs>
          <w:tab w:pos="454" w:val="left"/>
        </w:tabs>
        <w:ind w:left="454" w:hanging="454"/>
        <w:jc w:val="both"/>
      </w:pPr>
      <w:r>
        <w:t>1.</w:t>
        <w:tab/>
      </w:r>
      <w:r>
        <w:rPr>
          <w:b/>
        </w:rPr>
        <w:t xml:space="preserve">FACTS: </w:t>
      </w:r>
      <w:r>
        <w:t>That you are occupying the said premises as a tenant under a Rental Agreement dated [Agreement Date] at a monthly rent of ₹[Amount], payable on or before the [day] of each month.</w:t>
      </w:r>
    </w:p>
    <w:p>
      <w:pPr>
        <w:tabs>
          <w:tab w:pos="454" w:val="left"/>
        </w:tabs>
        <w:ind w:left="454" w:hanging="454"/>
        <w:jc w:val="both"/>
      </w:pPr>
      <w:r>
        <w:t>2.</w:t>
        <w:tab/>
      </w:r>
      <w:r>
        <w:t>That you have failed to pay rent for [X] months from [Month/Year] to [Month/Year], and a sum of ₹[Total Amount] is outstanding as rent arrears.</w:t>
      </w:r>
    </w:p>
    <w:p>
      <w:pPr>
        <w:tabs>
          <w:tab w:pos="454" w:val="left"/>
        </w:tabs>
        <w:ind w:left="454" w:hanging="454"/>
        <w:jc w:val="both"/>
      </w:pPr>
      <w:r>
        <w:t>3.</w:t>
        <w:tab/>
      </w:r>
      <w:r>
        <w:t>[Alternative — overstay:] That the said Rental Agreement expired on [Date] and you have failed to vacate the said premises despite requests.</w:t>
      </w:r>
    </w:p>
    <w:p>
      <w:pPr>
        <w:tabs>
          <w:tab w:pos="454" w:val="left"/>
        </w:tabs>
        <w:ind w:left="454" w:hanging="454"/>
        <w:jc w:val="both"/>
      </w:pPr>
      <w:r>
        <w:t>4.</w:t>
        <w:tab/>
      </w:r>
      <w:r>
        <w:rPr>
          <w:b/>
        </w:rPr>
        <w:t xml:space="preserve">LEGAL BASIS: </w:t>
      </w:r>
      <w:r>
        <w:t>That your continued default / occupation constitutes a breach of the terms of the tenancy. My client hereby terminates your tenancy in respect of the said premises with effect from the expiry of [15/30] days from the date of receipt of this notice, in accordance with Section 106 of the Transfer of Property Act, 1882 and the applicable State tenancy law.</w:t>
      </w:r>
    </w:p>
    <w:p>
      <w:pPr>
        <w:tabs>
          <w:tab w:pos="454" w:val="left"/>
        </w:tabs>
        <w:ind w:left="454" w:hanging="454"/>
        <w:jc w:val="both"/>
      </w:pPr>
      <w:r>
        <w:t>5.</w:t>
        <w:tab/>
      </w:r>
      <w:r>
        <w:rPr>
          <w:b/>
        </w:rPr>
        <w:t xml:space="preserve">DEMAND: </w:t>
      </w:r>
      <w:r>
        <w:t>You are hereby called upon to: (a) pay the outstanding rent arrears of ₹[Amount]; and (b) quit, vacate and hand over vacant and peaceful possession of the said premises to my client on the expiry of the said period.</w:t>
      </w:r>
    </w:p>
    <w:p>
      <w:pPr>
        <w:tabs>
          <w:tab w:pos="454" w:val="left"/>
        </w:tabs>
        <w:ind w:left="454" w:hanging="454"/>
        <w:jc w:val="both"/>
      </w:pPr>
      <w:r>
        <w:t>6.</w:t>
        <w:tab/>
      </w:r>
      <w:r>
        <w:rPr>
          <w:b/>
        </w:rPr>
        <w:t xml:space="preserve">CONSEQUENCE: </w:t>
      </w:r>
      <w:r>
        <w:t>Failure to comply will compel my client to initiate eviction proceedings before the competent court / Rent Controller and to claim the rent arrears, mesne profits / damages for use and occupation and interest, at your risk and cost, without further notice.</w:t>
      </w:r>
    </w:p>
    <w:p>
      <w:pPr>
        <w:jc w:val="both"/>
      </w:pPr>
      <w:r>
        <w:rPr>
          <w:b w:val="0"/>
        </w:rPr>
        <w:t>A copy of this notice has been retained in my office for record and further action.</w:t>
      </w:r>
    </w:p>
    <w:p/>
    <w:p>
      <w:pPr>
        <w:spacing w:after="0"/>
      </w:pPr>
      <w:r>
        <w:rPr>
          <w:b w:val="0"/>
        </w:rPr>
        <w:t>Yours faithfully,</w:t>
      </w:r>
    </w:p>
    <w:p>
      <w:pPr>
        <w:spacing w:after="0"/>
      </w:pPr>
    </w:p>
    <w:p>
      <w:pPr>
        <w:spacing w:after="0"/>
      </w:pPr>
      <w:r>
        <w:rPr>
          <w:b w:val="0"/>
        </w:rPr>
        <w:t>[Advocate's Signature]</w:t>
      </w:r>
    </w:p>
    <w:p>
      <w:pPr>
        <w:spacing w:after="0"/>
      </w:pPr>
      <w:r>
        <w:rPr>
          <w:b w:val="0"/>
        </w:rPr>
        <w:t>[Advocate's Name &amp; Seal]</w:t>
      </w:r>
    </w:p>
    <w:p>
      <w:pPr>
        <w:spacing w:after="0"/>
      </w:pPr>
      <w:r>
        <w:rPr>
          <w:b w:val="0"/>
        </w:rPr>
        <w:t>Counsel for [Client Full Name]</w:t>
      </w:r>
    </w:p>
    <w:p/>
    <w:p>
      <w:pPr>
        <w:spacing w:after="0"/>
      </w:pPr>
      <w:r>
        <w:rPr>
          <w:b/>
        </w:rPr>
        <w:t>Enclosures:</w:t>
      </w:r>
    </w:p>
    <w:p>
      <w:pPr>
        <w:spacing w:after="0"/>
      </w:pPr>
      <w:r>
        <w:rPr>
          <w:b w:val="0"/>
        </w:rPr>
        <w:t>1. Copy of the Rental Agreement</w:t>
      </w:r>
    </w:p>
    <w:p>
      <w:pPr>
        <w:spacing w:after="0"/>
      </w:pPr>
      <w:r>
        <w:rPr>
          <w:b w:val="0"/>
        </w:rPr>
        <w:t>2. Statement of rent arrears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>Free sample format from vakiltech.in — a template for guidance, not legal advice. Get it drafted and sent by an advocate from ₹1,499.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Notice Format for Tenant Eviction</dc:title>
  <dc:subject>Legal notice format (sample)</dc:subject>
  <dc:creator>vakiltech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